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15:00-00:00 Vaasan Levymessut 2.2.2019</w:t>
      </w:r>
    </w:p>
    <w:p>
      <w:r>
        <w:t>Vaasan Levymessut 2.2.2019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