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17:20-00:00 Kokkolan Talviharmonikka: Suuri Viihdekonsertti</w:t>
      </w:r>
    </w:p>
    <w:p>
      <w:r>
        <w:t>Guardia Nueva,  Mika Pohjonen ja Jennie Storbacka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