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14:20-00:00 Taikapuutarhan Pikkuötökät swe dub</w:t>
      </w:r>
    </w:p>
    <w:p>
      <w:r>
        <w:t>Taikapuutarhan Pikkuötökät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