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15:00-00:00 Alkulan tontturata</w:t>
      </w:r>
    </w:p>
    <w:p>
      <w:r>
        <w:t>Alkulan tontturata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