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22:00-00:00 Christmas Comedy - En stand up kväll - Solf</w:t>
      </w:r>
    </w:p>
    <w:p>
      <w:r>
        <w:t xml:space="preserve">Christmas comedy - En stand up kväll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