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14:00-00:00 Itsenäisyyspäivän juhlallisuudet Pietarsaaressa 2018</w:t>
      </w:r>
    </w:p>
    <w:p>
      <w:r>
        <w:t>Torstai 6.12.2018: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