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20:00-00:00 Itsenäisyysjuhla</w:t>
      </w:r>
    </w:p>
    <w:p>
      <w:r>
        <w:t xml:space="preserve">Itsenäisyyspäivän juhla Vöyrin pääkirjastossa 6.12 klo 18-20.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