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16:00-00:00 Lucia med hästar</w:t>
      </w:r>
    </w:p>
    <w:p>
      <w:r>
        <w:t>Lucia med hästar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