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19:00-00:00 Joulutunnelmaa Aleksanterintorilla</w:t>
      </w:r>
    </w:p>
    <w:p>
      <w:r>
        <w:t>Kokoonnumme leppoisaan perheiltaan joululaulujen ja piirileikkien kera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