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22.12.2018 lauantai</w:t>
      </w:r>
    </w:p>
    <w:p>
      <w:pPr>
        <w:pStyle w:val="Heading1"/>
      </w:pPr>
      <w:r>
        <w:t>22.12.2018-23.12.2018</w:t>
      </w:r>
    </w:p>
    <w:p>
      <w:pPr>
        <w:pStyle w:val="Heading2"/>
      </w:pPr>
      <w:r>
        <w:t>17:30-00:00 Siru - Lumihiutaleet -joulukonsertti</w:t>
      </w:r>
    </w:p>
    <w:p>
      <w:r>
        <w:t>Vaasalaislähtöisen Sirun joulukonsertti palaa toistamiseen Vaasaan. Pääteemoina rauha ja tunnelma.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