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Maalahti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14:00-00:00 Allt Vi Måste Tala Om - En föreläsning med Carola och Rebecka</w:t>
      </w:r>
    </w:p>
    <w:p>
      <w:r>
        <w:t>Anmäl er till petalax.uf@gmail.com senast 6.1.2019!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