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10:00-00:00 Messu</w:t>
      </w:r>
    </w:p>
    <w:p>
      <w:r>
        <w:t>Messu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