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16:00-00:00 "Naturens skönhet" | Fotografiutställning</w:t>
      </w:r>
    </w:p>
    <w:p>
      <w:r>
        <w:t>"Naturens skönhet" | Fotografiutställning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