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15:00-00:00 Womens Christmas Fair</w:t>
      </w:r>
    </w:p>
    <w:p>
      <w:r>
        <w:t>Women's Christmas Fair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