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17:15-00:00 Lastenteatteri: Mimmi Lehmä ja Varis - Lehmäpuisto</w:t>
      </w:r>
    </w:p>
    <w:p>
      <w:r>
        <w:t>Iloinen ja musikaalinen lastennäytelmä, joka kertoo omintakeisesta parivaljakosta.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