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19:15-00:00 Barnens Estrad, teaterföreställning: Mamma Mu och kråkan och Apan Anders minikonsert</w:t>
      </w:r>
    </w:p>
    <w:p>
      <w:r>
        <w:t>Barnens Estrad, teaterföreställning: Mamma Mu och kråkan och Apan Anders minikonsert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