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03:00-00:00 Amorphis</w:t>
      </w:r>
    </w:p>
    <w:p>
      <w:r>
        <w:t>Amorphis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