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Koulupuiston lava Pietarsaari</w:t>
      </w:r>
    </w:p>
    <w:p>
      <w:r>
        <w:t>26.8.2026 keskiviikko</w:t>
      </w:r>
    </w:p>
    <w:p>
      <w:pPr>
        <w:pStyle w:val="Heading1"/>
      </w:pPr>
      <w:r>
        <w:t>26.8.2026 keskiviikko</w:t>
      </w:r>
    </w:p>
    <w:p>
      <w:pPr>
        <w:pStyle w:val="Heading2"/>
      </w:pPr>
      <w:r>
        <w:t xml:space="preserve">17:15-17:30 HAIR  FASHION : Salon Henna in Spotlight </w:t>
      </w:r>
    </w:p>
    <w:p>
      <w:r>
        <w:t>Hiustyyli- ja muotinäytös, Matinén mausteena laulaja Sohvi &amp; Showkerho Melodiat.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