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19:00-20:45 Macula musica -konsert – På ytan och under ytan – Pinnalla ja pintaa syvemmällä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