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19:00-20:00 Liisa Pentti +Co: Zone Critique</w:t>
      </w:r>
    </w:p>
    <w:p>
      <w:r>
        <w:t>Zone Critique on teos, jossa tanssi ja Martin Enckellin runous vuotavat toisiinsa uudella, erityisellä tavalla.</w:t>
      </w:r>
    </w:p>
    <w:p>
      <w:r>
        <w:t>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