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16:00-18:00 André Wickström 30 år på scen och inget slut i sikte!</w:t>
      </w:r>
    </w:p>
    <w:p>
      <w:r>
        <w:t xml:space="preserve"> </w:t>
      </w:r>
    </w:p>
    <w:p>
      <w:r>
        <w:t>30-35 €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