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 Mediabox</w:t>
      </w:r>
    </w:p>
    <w:p>
      <w:r>
        <w:t>2.10.2026 perjantai</w:t>
      </w:r>
    </w:p>
    <w:p>
      <w:pPr>
        <w:pStyle w:val="Heading1"/>
      </w:pPr>
      <w:r>
        <w:t>2.10.2026-25.10.2026</w:t>
      </w:r>
    </w:p>
    <w:p>
      <w:pPr>
        <w:pStyle w:val="Heading2"/>
      </w:pPr>
      <w:r>
        <w:t>12:00-17:00 Alisa Javits: 𝘖𝘯 𝘍𝘦𝘢𝘳 𝘢𝘯𝘥 𝘌𝘷𝘪𝘭</w:t>
      </w:r>
    </w:p>
    <w:p>
      <w:r>
        <w:t>Mediaboxissa nähdään Alisa Javitsin videoteos. On Fear and Evil on 25-minuuttinen lyhytelokuva, joka tarkastelee pelkoa, pahuutta ja niiden välistä suhdetta.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