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17:00-18:15 Olli Tuovinen &amp; Mikko Helenius: Tour &amp; De Tour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