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10.10.2026 lauantai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19:00-00:00 Classic Rock Show - Next Chapter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