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 Galleria</w:t>
      </w:r>
    </w:p>
    <w:p>
      <w:r>
        <w:t>4.9.2026 perjantai</w:t>
      </w:r>
    </w:p>
    <w:p>
      <w:pPr>
        <w:pStyle w:val="Heading1"/>
      </w:pPr>
      <w:r>
        <w:t>4.9.2026-27.9.2026</w:t>
      </w:r>
    </w:p>
    <w:p>
      <w:pPr>
        <w:pStyle w:val="Heading2"/>
      </w:pPr>
      <w:r>
        <w:t>12:00-17:00 Arttu Nieminen &amp; Hans Pieski: 𝘔𝘢𝘢𝘪𝘭𝘮𝘢𝘯 𝘬𝘢𝘵𝘷𝘦𝘦𝘴𝘴𝘢 / 𝘔á𝘪𝘭𝘮𝘮𝘪𝘵𝘵𝘬𝘶𝘴 / 𝘈𝘵 𝘵𝘩𝘦 𝘚𝘩𝘢𝘥𝘰𝘸 𝘰𝘧 𝘵𝘩𝘦 𝘞𝘰𝘳𝘭𝘥.</w:t>
      </w:r>
    </w:p>
    <w:p>
      <w:r>
        <w:t>Forum Boxin Mediabox tuo näytille Arttu Niemisen ja Hans Pieskin videoteoksen.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