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Iso Omena bibliotek, Mötesrum Aalto (förutom 12.11 som är i mötesrum Kari) 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17:30-19:00 Språkcafé på svenska i Iso Omena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