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Högbergsgården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19:00-19:00 En ny Bibel för vår tid: Många kyrkor – ett gemensamt språk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