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Galleri-Café Primo Kitchen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10:00-19:00 Re-Think Re-Form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