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Källa, Galleri-Café Primo Kitchen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15:00-20:00 Re-Think Re-Form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