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17:00-19:00 Hidden Job Market: Recruiter Insights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