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13:00-15:00 Seniori-iltapäivä: Joulu saapuu Porvoon museoon</w:t>
      </w:r>
    </w:p>
    <w:p>
      <w:r>
        <w:t>Seniori-iltapäivä: Joulu saapuu Porvoon museoon. Keskiviikkona 9.12. klo 13 suomi, klo 14 ruotsi, Holmin talo.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