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ONLINE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 xml:space="preserve">17:00-19:00 Pros and Cons of Using AI in the Job Search Process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