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Marketanpuisto, Margretebergsparken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16:00-20:00 Skördefesten i Margretebergsparken – FYRK på gratiskonsert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