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14:00-19:39 Elokuva: Nämä pienet asiat. K7</w:t>
      </w:r>
    </w:p>
    <w:p>
      <w:r>
        <w:t>Tarina siitä, miten hyväntahtoiset ihmiset voivat sulkea silmänsä epäoikeudenmukaisuudelta ja miten rohkeus voi lopulta muuttaa kaiken.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