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14:00-15:39 Elokuva: Isänpäivä K7</w:t>
      </w:r>
    </w:p>
    <w:p>
      <w:r>
        <w:t>Isänpäivä on rehti tragikomedia elämässä pärjäämisen mittareista.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