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14:00-16:08 Elokuva: Michael K12</w:t>
      </w:r>
    </w:p>
    <w:p>
      <w:r>
        <w:t>Michael on elokuva yhden kaikkien aikojen merkittävimmän artistin, Michael Jacksonin, elämästä ja perinnöstä.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