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Byggnad Venetsia, Galleri Kirjo</w:t>
      </w:r>
    </w:p>
    <w:p>
      <w:r>
        <w:t>22.8.2026 lauantai</w:t>
      </w:r>
    </w:p>
    <w:p>
      <w:pPr>
        <w:pStyle w:val="Heading1"/>
      </w:pPr>
      <w:r>
        <w:t>22.8.2026-11.10.2026</w:t>
      </w:r>
    </w:p>
    <w:p>
      <w:pPr>
        <w:pStyle w:val="Heading2"/>
      </w:pPr>
      <w:r>
        <w:t>12:00-16:00 Arvila/Göös/Konttinen/Sklar/Torres: Skatter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