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 L. Runebergs hem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10:00-16:00 Utställning: Rätten att lära sig – Malms dövskola i Borgå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