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14:00-15:00 Föredrag: Rakkautta ja vastarintaa: kuurojen väliset avioliitot ja eugeniikka 1800-luvun lopulta 1900-luvun puoliväliin.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