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Life on a Leaf</w:t>
      </w:r>
    </w:p>
    <w:p>
      <w:r>
        <w:t>5.9.2026 lauantai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11:00-17:00 Konstrundan Life on a Leafissä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