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Matinkylä beach, Espoo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12:00-14:30 World Cleanup Day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