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Organosalen, Musikhuset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18:00-19:00 Vändpunkt. Konsert med operamusik för cembalo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