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Esbo domkyrkas församlingsgård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10:00-18:00 Stillhetens festival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