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14:00-16:00 Elokuva: I swear -minun ääneni. (K12)</w:t>
      </w:r>
    </w:p>
    <w:p>
      <w:r>
        <w:t>Tositarinaan perustuva elokuva kertoo nuoresta Johnista, jolla on Tourette, ja joka yrittää elää “normaalia” elämää maailmassa, joka näkee hänet erilaisena.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