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Lyceumklubben 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19:00-21:00 Henrik Huldén, Kjell Westö och Janne Mansikka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