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Helsinge kyrka St Lars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18:00-19:15 Sommarkonsert i kyrkan – New Orleans-jazz och gospel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