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Startplats: Variskivi i Kråkkärret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