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Startplats: Variskivi i Kråkkärret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15:00-16:30 Varissuo – nittiotalets tonårssafari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