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Chappe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12:00-12:15 Finländska kammarorkesterns musiker i Chappe</w:t>
      </w:r>
    </w:p>
    <w:p>
      <w:r>
        <w:t xml:space="preserve"> </w:t>
      </w:r>
    </w:p>
    <w:p>
      <w:r>
        <w:t>16/10/0€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