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Tenala kyrka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14:00-14:00 Ambient Arkipelag 2026, 25.7. Tenholan kirkossa</w:t>
      </w:r>
    </w:p>
    <w:p>
      <w:r>
        <w:t>Ambient Arkipelag : äänitaitelija Jukka Hannukainen, ambient artisti Cajaste, sekä ambient mestari Matti Raita esiintyvät livenä ambient musiikki konsertissa.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